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highlight w:val="yellow"/>
        </w:rPr>
        <w:t>[Your Name]</w:t>
      </w:r>
    </w:p>
    <w:p>
      <w:pPr/>
      <w:r>
        <w:rPr>
          <w:highlight w:val="yellow"/>
        </w:rPr>
        <w:t>[Instructor's Name]</w:t>
      </w:r>
    </w:p>
    <w:p>
      <w:pPr/>
      <w:r>
        <w:rPr>
          <w:highlight w:val="yellow"/>
        </w:rPr>
        <w:t>[Course Number and Name]</w:t>
      </w:r>
    </w:p>
    <w:p>
      <w:pPr/>
      <w:r>
        <w:rPr>
          <w:highlight w:val="yellow"/>
        </w:rPr>
        <w:t>[Day Month Year, e.g., 7 October 2026]</w:t>
      </w:r>
    </w:p>
    <w:p>
      <w:pPr>
        <w:pStyle w:val="MLATitle"/>
      </w:pPr>
      <w:r>
        <w:rPr>
          <w:highlight w:val="yellow"/>
        </w:rPr>
        <w:t>[Title of Your Paper in Title Case]</w:t>
      </w:r>
    </w:p>
    <w:p>
      <w:pPr>
        <w:pStyle w:val="MLABody"/>
      </w:pPr>
      <w:r>
        <w:rPr>
          <w:highlight w:val="yellow"/>
        </w:rPr>
        <w:t>[Introduce your topic and end the paragraph with your thesis: the claim the rest of the paper proves. Delete this guidance and write your own.]</w:t>
      </w:r>
    </w:p>
    <w:p>
      <w:pPr>
        <w:pStyle w:val="MLASectionHeading"/>
      </w:pPr>
      <w:r>
        <w:rPr>
          <w:highlight w:val="yellow"/>
        </w:rPr>
        <w:t>[Optional Section Heading]</w:t>
      </w:r>
    </w:p>
    <w:p>
      <w:pPr>
        <w:pStyle w:val="MLABody"/>
      </w:pPr>
      <w:r>
        <w:rPr>
          <w:highlight w:val="yellow"/>
        </w:rPr>
        <w:t>[Present your first point with evidence. Quote a print source with its page number: as one study puts it, “the evidence is clear” (Author 23). Cite a web page without page numbers by author or title: (Organization) or (“Title of the Page”).]</w:t>
      </w:r>
    </w:p>
    <w:p>
      <w:pPr>
        <w:ind w:left="720"/>
      </w:pPr>
      <w:r>
        <w:rPr>
          <w:highlight w:val="yellow"/>
        </w:rPr>
        <w:t>[A quotation longer than four lines is set off as a block: indented half an inch, double-spaced, with no quotation marks and the citation after the final period.] (Author and Author 45)</w:t>
      </w:r>
    </w:p>
    <w:p>
      <w:pPr>
        <w:pStyle w:val="MLABody"/>
      </w:pPr>
      <w:r>
        <w:rPr>
          <w:highlight w:val="yellow"/>
        </w:rPr>
        <w:t>[Explain what the quotation shows and connect it to your thesis.]</w:t>
      </w:r>
    </w:p>
    <w:p>
      <w:pPr>
        <w:pStyle w:val="MLASectionHeading"/>
      </w:pPr>
      <w:r>
        <w:rPr>
          <w:highlight w:val="yellow"/>
        </w:rPr>
        <w:t>[Another Optional Section Heading]</w:t>
      </w:r>
    </w:p>
    <w:p>
      <w:pPr>
        <w:pStyle w:val="MLABody"/>
      </w:pPr>
      <w:r>
        <w:rPr>
          <w:highlight w:val="yellow"/>
        </w:rPr>
        <w:t>[Your next point, with its evidence and analysis.]</w:t>
      </w:r>
    </w:p>
    <w:p>
      <w:pPr>
        <w:pStyle w:val="MLABody"/>
      </w:pPr>
      <w:r>
        <w:rPr>
          <w:highlight w:val="yellow"/>
        </w:rPr>
        <w:t>[Conclude by showing how your points prove the thesis and why it matters.]</w:t>
      </w:r>
      <w:r>
        <w:br w:type="page"/>
      </w:r>
    </w:p>
    <w:p>
      <w:pPr>
        <w:pStyle w:val="MLATitle"/>
      </w:pPr>
      <w:r>
        <w:t>Works Cited</w:t>
      </w:r>
    </w:p>
    <w:p>
      <w:pPr>
        <w:pStyle w:val="MLAWorksCited"/>
      </w:pPr>
      <w:r>
        <w:t>Author, First Name, and Second Author. “Title of the Article.” Title of the Journal, vol. 12, no. 3, 2024, pp. 45–67, https://doi.org/10.0000/example.</w:t>
      </w:r>
    </w:p>
    <w:p>
      <w:pPr>
        <w:pStyle w:val="MLAWorksCited"/>
      </w:pPr>
      <w:r>
        <w:t>Author, First Name. Title of the Book. Publisher, 2023.</w:t>
      </w:r>
    </w:p>
    <w:p>
      <w:pPr>
        <w:pStyle w:val="MLAWorksCited"/>
      </w:pPr>
      <w:r>
        <w:t>Organization. “Title of the Page.” Site Name, 7 Oct. 2026, https://www.example.com/page.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highlight w:val="yellow"/>
      </w:rPr>
      <w:t xml:space="preserve">[Surname] </w:t>
    </w: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LATitle">
    <w:name w:val="MLA Title"/>
    <w:basedOn w:val="Normal"/>
    <w:pPr>
      <w:spacing w:before="0" w:after="0" w:line="480" w:lineRule="auto"/>
      <w:jc w:val="center"/>
    </w:pPr>
    <w:rPr>
      <w:b w:val="0"/>
      <w:i w:val="0"/>
      <w:color w:val="000000"/>
      <w:sz w:val="24"/>
    </w:rPr>
  </w:style>
  <w:style w:type="paragraph" w:customStyle="1" w:styleId="MLABody">
    <w:name w:val="ML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MLAWorksCited">
    <w:name w:val="MLA Works Cited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  <w:style w:type="paragraph" w:customStyle="1" w:styleId="MLASectionHeading">
    <w:name w:val="MLA Section Heading"/>
    <w:basedOn w:val="Normal"/>
    <w:pPr>
      <w:keepNext/>
      <w:spacing w:before="0" w:after="0" w:line="480" w:lineRule="auto"/>
    </w:pPr>
    <w:rPr>
      <w:b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MLA 9 Research Paper Template</dc:title>
  <dc:subject/>
  <dc:creator>Veermat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