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ChicagoTitle"/>
      </w:pPr>
      <w:r>
        <w:rPr>
          <w:highlight w:val="yellow"/>
        </w:rPr>
        <w:t>[Title of Your Paper in Headline Case]</w:t>
      </w:r>
    </w:p>
    <w:p>
      <w:pPr>
        <w:jc w:val="center"/>
      </w:pPr>
      <w:r>
        <w:rPr>
          <w:highlight w:val="yellow"/>
        </w:rPr>
        <w:t>[Subtitle, if any]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[Due Date, e.g., October 7, 2026]</w:t>
      </w:r>
    </w:p>
    <w:p>
      <w:pPr>
        <w:sectPr>
          <w:head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ChicagoTitle"/>
      </w:pPr>
      <w:r>
        <w:rPr>
          <w:highlight w:val="yellow"/>
        </w:rPr>
        <w:t>[Title of Your Paper in Headline Case]</w:t>
      </w:r>
    </w:p>
    <w:p>
      <w:pPr>
        <w:pStyle w:val="ChicagoBody"/>
      </w:pPr>
      <w:r>
        <w:t>Start your text here. Chicago's notes-bibliography style cites sources in footnotes, so there are no author–date citations in the text. Put the cursor after the sentence that uses a source and choose References → Insert Footnote; the number goes after the punctuation, like this one.</w:t>
      </w:r>
      <w:r>
        <w:rPr>
          <w:vertAlign w:val="superscript"/>
        </w:rPr>
        <w:footnoteReference w:id="1"/>
      </w:r>
    </w:p>
    <w:p>
      <w:pPr>
        <w:pStyle w:val="ChicagoBody"/>
      </w:pPr>
      <w:r>
        <w:t>Every paragraph in this template is double-spaced, set in 12-point Times New Roman, and indented half an inch on the first line. Headings are optional in a short paper; this template shows the two levels most instructors ask for. A web page is cited the same way, in a note.</w:t>
      </w:r>
      <w:r>
        <w:rPr>
          <w:vertAlign w:val="superscript"/>
        </w:rPr>
        <w:footnoteReference w:id="2"/>
      </w:r>
    </w:p>
    <w:p>
      <w:pPr>
        <w:pStyle w:val="Heading1"/>
      </w:pPr>
      <w:r>
        <w:t>First-Level Heading: Centered, Bold</w:t>
      </w:r>
    </w:p>
    <w:p>
      <w:pPr>
        <w:pStyle w:val="ChicagoBody"/>
      </w:pPr>
      <w:r>
        <w:t>Use first-level headings for the main parts of a longer paper.</w:t>
      </w:r>
    </w:p>
    <w:p>
      <w:pPr>
        <w:pStyle w:val="Heading2"/>
      </w:pPr>
      <w:r>
        <w:t>Second-Level Heading: Flush Left, Bold</w:t>
      </w:r>
    </w:p>
    <w:p>
      <w:pPr>
        <w:pStyle w:val="ChicagoBody"/>
      </w:pPr>
      <w:r>
        <w:t>A quotation of five lines or more becomes a block quotation: single-spaced, indented half an inch, with no quotation marks and the note number at the end:</w:t>
      </w:r>
    </w:p>
    <w:p>
      <w:pPr>
        <w:pStyle w:val="ChicagoBlockQuote"/>
      </w:pPr>
      <w:r>
        <w:t>This is what a block quotation looks like in Chicago style. It is set off from the text, single-spaced, and indented from the left margin. A blank line separates it from the paragraphs before and after.</w:t>
      </w:r>
      <w:r>
        <w:br w:type="page"/>
      </w:r>
    </w:p>
    <w:p>
      <w:pPr>
        <w:pStyle w:val="ChicagoTitle"/>
      </w:pPr>
      <w:r>
        <w:t>Bibliography</w:t>
      </w:r>
    </w:p>
    <w:p>
      <w:pPr>
        <w:pStyle w:val="ChicagoBibliography"/>
      </w:pPr>
      <w:r>
        <w:t xml:space="preserve">Author, First Name. </w:t>
      </w:r>
      <w:r>
        <w:rPr>
          <w:i/>
        </w:rPr>
        <w:t>Title of the Book: Subtitle in Headline Case</w:t>
      </w:r>
      <w:r>
        <w:t>. City: Publisher Name, 2023.</w:t>
      </w:r>
    </w:p>
    <w:p>
      <w:pPr>
        <w:pStyle w:val="ChicagoBibliography"/>
      </w:pPr>
      <w:r>
        <w:t xml:space="preserve">Author, First Name, and Second Author. “Title of the Article.” </w:t>
      </w:r>
      <w:r>
        <w:rPr>
          <w:i/>
        </w:rPr>
        <w:t>Title of the Journal</w:t>
      </w:r>
      <w:r>
        <w:t xml:space="preserve"> 12, no. 3 (2024): 45–67. https://doi.org/10.0000/example.</w:t>
      </w:r>
    </w:p>
    <w:p>
      <w:pPr>
        <w:pStyle w:val="ChicagoBibliography"/>
      </w:pPr>
      <w:r>
        <w:t>Organization Name. “Title of the Web Page.” Site Name. Accessed October 7, 2026. https://www.example.com/page.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spacing w:after="0" w:line="240" w:lineRule="auto"/>
      </w:pPr>
      <w:r>
        <w:rPr>
          <w:rFonts w:ascii="Times New Roman" w:hAnsi="Times New Roman" w:cs="Times New Roman"/>
          <w:vertAlign w:val="superscript"/>
          <w:sz w:val="20"/>
        </w:rPr>
        <w:footnoteRef/>
      </w:r>
      <w:r>
        <w:rPr>
          <w:rFonts w:ascii="Times New Roman" w:hAnsi="Times New Roman" w:cs="Times New Roman"/>
          <w:sz w:val="20"/>
        </w:rPr>
        <w:t xml:space="preserve"> Author First Name Last Name, Title of the Book: Subtitle in Headline Case (City: Publisher Name, 2023), 45. A second note to the same source is shortened: Last Name, Short Title, 46.</w:t>
      </w:r>
    </w:p>
  </w:footnote>
  <w:footnote w:id="2">
    <w:p>
      <w:pPr>
        <w:spacing w:after="0" w:line="240" w:lineRule="auto"/>
      </w:pPr>
      <w:r>
        <w:rPr>
          <w:rFonts w:ascii="Times New Roman" w:hAnsi="Times New Roman" w:cs="Times New Roman"/>
          <w:vertAlign w:val="superscript"/>
          <w:sz w:val="20"/>
        </w:rPr>
        <w:footnoteRef/>
      </w:r>
      <w:r>
        <w:rPr>
          <w:rFonts w:ascii="Times New Roman" w:hAnsi="Times New Roman" w:cs="Times New Roman"/>
          <w:sz w:val="20"/>
        </w:rPr>
        <w:t xml:space="preserve"> Organization Name, “Title of the Web Page,” Site Name, accessed October 7, 2026, https://www.example.com/page.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icagoTitle">
    <w:name w:val="Chicago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ChicagoBody">
    <w:name w:val="Chicago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ChicagoBibliography">
    <w:name w:val="Chicago Bibliography"/>
    <w:basedOn w:val="Normal"/>
    <w:pPr>
      <w:spacing w:before="0" w:after="240" w:line="240" w:lineRule="auto"/>
      <w:ind w:left="720" w:hanging="720"/>
    </w:pPr>
    <w:rPr>
      <w:b w:val="0"/>
      <w:i w:val="0"/>
      <w:color w:val="000000"/>
      <w:sz w:val="24"/>
    </w:rPr>
  </w:style>
  <w:style w:type="paragraph" w:customStyle="1" w:styleId="ChicagoBlockQuote">
    <w:name w:val="Chicago Block Quote"/>
    <w:basedOn w:val="Normal"/>
    <w:pPr>
      <w:spacing w:before="240" w:after="240" w:line="240" w:lineRule="auto"/>
      <w:ind w:left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Style Paper Template</dc:title>
  <dc:subject>Chicago 17 / Turabian student paper</dc:subject>
  <dc:creator>Veermat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