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t>Abstract</w:t>
      </w:r>
    </w:p>
    <w:p>
      <w:pPr/>
      <w:r>
        <w:rPr>
          <w:highlight w:val="yellow"/>
        </w:rPr>
        <w:t>[One paragraph of 150–250 words, not indented: the question, the method, the main result and what it means. Delete this page if your instructor does not ask for an abstract.]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Statement of the Problem</w:t>
      </w:r>
    </w:p>
    <w:p>
      <w:pPr>
        <w:pStyle w:val="APABody"/>
      </w:pPr>
      <w:r>
        <w:t>The problem the study addresses and why it matters, with the evidence that frames it (Author, year).</w:t>
      </w:r>
    </w:p>
    <w:p>
      <w:pPr>
        <w:pStyle w:val="Heading1"/>
      </w:pPr>
      <w:r>
        <w:t>Purpose of the Study</w:t>
      </w:r>
    </w:p>
    <w:p>
      <w:pPr>
        <w:pStyle w:val="APABody"/>
      </w:pPr>
      <w:r>
        <w:t>What the study will do, in one or two sentences.</w:t>
      </w:r>
    </w:p>
    <w:p>
      <w:pPr>
        <w:pStyle w:val="Heading1"/>
      </w:pPr>
      <w:r>
        <w:t>Research Questions</w:t>
      </w:r>
    </w:p>
    <w:p>
      <w:pPr>
        <w:pStyle w:val="APABody"/>
      </w:pPr>
      <w:r>
        <w:t>The questions the study will answer, numbered if there are several.</w:t>
      </w:r>
    </w:p>
    <w:p>
      <w:pPr>
        <w:pStyle w:val="Heading1"/>
      </w:pPr>
      <w:r>
        <w:t>Literature Review</w:t>
      </w:r>
    </w:p>
    <w:p>
      <w:pPr>
        <w:pStyle w:val="APABody"/>
      </w:pPr>
      <w:r>
        <w:t>What is already known, organised by theme, and the gap this study fills.</w:t>
      </w:r>
    </w:p>
    <w:p>
      <w:pPr>
        <w:pStyle w:val="Heading1"/>
      </w:pPr>
      <w:r>
        <w:t>Method</w:t>
      </w:r>
    </w:p>
    <w:p>
      <w:pPr>
        <w:pStyle w:val="APABody"/>
      </w:pPr>
      <w:r>
        <w:t>How the study will be done.</w:t>
      </w:r>
    </w:p>
    <w:p>
      <w:pPr>
        <w:pStyle w:val="Heading2"/>
      </w:pPr>
      <w:r>
        <w:t>Participants</w:t>
      </w:r>
    </w:p>
    <w:p>
      <w:pPr>
        <w:pStyle w:val="APABody"/>
      </w:pPr>
      <w:r>
        <w:t>Who will take part, how many, and how they will be recruited.</w:t>
      </w:r>
    </w:p>
    <w:p>
      <w:pPr>
        <w:pStyle w:val="Heading2"/>
      </w:pPr>
      <w:r>
        <w:t>Procedure</w:t>
      </w:r>
    </w:p>
    <w:p>
      <w:pPr>
        <w:pStyle w:val="APABody"/>
      </w:pPr>
      <w:r>
        <w:t>What will happen, step by step, in the future tense.</w:t>
      </w:r>
    </w:p>
    <w:p>
      <w:pPr>
        <w:pStyle w:val="Heading2"/>
      </w:pPr>
      <w:r>
        <w:t>Data Analysis</w:t>
      </w:r>
    </w:p>
    <w:p>
      <w:pPr>
        <w:pStyle w:val="APABody"/>
      </w:pPr>
      <w:r>
        <w:t>How the data will be analysed to answer each question.</w:t>
      </w:r>
    </w:p>
    <w:p>
      <w:pPr>
        <w:pStyle w:val="Heading1"/>
      </w:pPr>
      <w:r>
        <w:t>Timeline</w:t>
      </w:r>
    </w:p>
    <w:p>
      <w:pPr>
        <w:pStyle w:val="APABody"/>
      </w:pPr>
      <w:r>
        <w:t>When each stage will be completed.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