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Description</w:t>
      </w:r>
    </w:p>
    <w:p>
      <w:pPr>
        <w:pStyle w:val="APABody"/>
      </w:pPr>
      <w:r>
        <w:t>What happened, briefly and in the first person: the setting, who was involved, what you did.</w:t>
      </w:r>
    </w:p>
    <w:p>
      <w:pPr>
        <w:pStyle w:val="Heading1"/>
      </w:pPr>
      <w:r>
        <w:t>Reflection</w:t>
      </w:r>
    </w:p>
    <w:p>
      <w:pPr>
        <w:pStyle w:val="APABody"/>
      </w:pPr>
      <w:r>
        <w:t>What you thought and felt at the time, and what you think now, connected to course concepts with citations (Author, year).</w:t>
      </w:r>
    </w:p>
    <w:p>
      <w:pPr>
        <w:pStyle w:val="Heading1"/>
      </w:pPr>
      <w:r>
        <w:t>Application</w:t>
      </w:r>
    </w:p>
    <w:p>
      <w:pPr>
        <w:pStyle w:val="APABody"/>
      </w:pPr>
      <w:r>
        <w:t>What you will do differently, and what evidence supports that choice.</w:t>
      </w:r>
    </w:p>
    <w:p>
      <w:pPr>
        <w:pStyle w:val="Heading1"/>
      </w:pPr>
      <w:r>
        <w:t>Conclusion</w:t>
      </w:r>
    </w:p>
    <w:p>
      <w:pPr>
        <w:pStyle w:val="APABody"/>
      </w:pPr>
      <w:r>
        <w:t>Two or three sentences on what the experience taught you.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