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t>Abstract</w:t>
      </w:r>
    </w:p>
    <w:p>
      <w:pPr/>
      <w:r>
        <w:rPr>
          <w:highlight w:val="yellow"/>
        </w:rPr>
        <w:t>[One paragraph of 150–250 words, not indented: the question, the method, the main result and what it means. Delete this page if your instructor does not ask for an abstract.]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Method</w:t>
      </w:r>
    </w:p>
    <w:p>
      <w:pPr>
        <w:pStyle w:val="APABody"/>
      </w:pPr>
      <w:r>
        <w:t>Describe what you did in enough detail for someone to repeat it.</w:t>
      </w:r>
    </w:p>
    <w:p>
      <w:pPr>
        <w:pStyle w:val="Heading2"/>
      </w:pPr>
      <w:r>
        <w:t>Participants</w:t>
      </w:r>
    </w:p>
    <w:p>
      <w:pPr>
        <w:pStyle w:val="APABody"/>
      </w:pPr>
      <w:r>
        <w:t>Who or what was studied: number, how they were selected, relevant characteristics.</w:t>
      </w:r>
    </w:p>
    <w:p>
      <w:pPr>
        <w:pStyle w:val="Heading2"/>
      </w:pPr>
      <w:r>
        <w:t>Materials</w:t>
      </w:r>
    </w:p>
    <w:p>
      <w:pPr>
        <w:pStyle w:val="APABody"/>
      </w:pPr>
      <w:r>
        <w:t>Instruments, apparatus and measures, with a citation for any published scale.</w:t>
      </w:r>
    </w:p>
    <w:p>
      <w:pPr>
        <w:pStyle w:val="Heading2"/>
      </w:pPr>
      <w:r>
        <w:t>Procedure</w:t>
      </w:r>
    </w:p>
    <w:p>
      <w:pPr>
        <w:pStyle w:val="APABody"/>
      </w:pPr>
      <w:r>
        <w:t>Step by step, in the past tense.</w:t>
      </w:r>
    </w:p>
    <w:p>
      <w:pPr>
        <w:pStyle w:val="Heading1"/>
      </w:pPr>
      <w:r>
        <w:t>Results</w:t>
      </w:r>
    </w:p>
    <w:p>
      <w:pPr>
        <w:pStyle w:val="APABody"/>
      </w:pPr>
      <w:r>
        <w:t>What you found, in the past tense, with the statistics in APA form: t(28) = 2.31, p = .03. Refer to each table and figure by number.</w:t>
      </w:r>
    </w:p>
    <w:p>
      <w:pPr>
        <w:pStyle w:val="Heading1"/>
      </w:pPr>
      <w:r>
        <w:t>Discussion</w:t>
      </w:r>
    </w:p>
    <w:p>
      <w:pPr>
        <w:pStyle w:val="APABody"/>
      </w:pPr>
      <w:r>
        <w:t>What the results mean, how they relate to the literature, the limitations, and what should be studied next.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