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APATitle"/>
        <w:jc w:val="left"/>
      </w:pPr>
      <w:r>
        <w:rPr>
          <w:highlight w:val="yellow"/>
        </w:rPr>
        <w:t>Question 1: [Paste the discussion prompt or topic here]</w:t>
      </w:r>
    </w:p>
    <w:p>
      <w:pPr>
        <w:pStyle w:val="APABody"/>
      </w:pPr>
      <w:r>
        <w:t>Start your introduction here, on the first line after the title. Do not add a heading called “Introduction”: in APA 7 the paper’s title, repeated in bold and centered, opens the text. Every paragraph in this template is already double-spaced, set in 12-point Times New Roman, and indented 0.5 inch on the first line, so you can type over this text and press Enter to start a new paragraph.</w:t>
      </w:r>
    </w:p>
    <w:p>
      <w:pPr>
        <w:pStyle w:val="APABody"/>
      </w:pPr>
      <w:r>
        <w:t>Cite sources in the text with the author’s last name and the year: (Author &amp; Author, 2024) for two authors, Author (2023) when the name is part of your sentence, and (Organization Name, 2025) for a group author. For a direct quotation, add the page number: (Author, 2023, p. 12). Every source you cite must appear in the reference list at the end, and every entry there must be cited in the text.</w:t>
      </w:r>
    </w:p>
    <w:p>
      <w:pPr>
        <w:pStyle w:val="APATitle"/>
      </w:pPr>
      <w:r>
        <w:t>References</w:t>
      </w:r>
    </w:p>
    <w:p>
      <w:pPr>
        <w:pStyle w:val="APAReference"/>
      </w:pPr>
      <w:r>
        <w:t xml:space="preserve">Author, A. A., &amp; Author, B. B. (2024). Title of the journal article in sentence case. </w:t>
      </w:r>
      <w:r>
        <w:rPr>
          <w:i/>
        </w:rPr>
        <w:t>Title of the Journal, 12</w:t>
      </w:r>
      <w:r>
        <w:t>(3), 45–67. https://doi.org/10.0000/example</w:t>
      </w:r>
    </w:p>
    <w:p>
      <w:pPr>
        <w:pStyle w:val="APAReference"/>
      </w:pPr>
      <w:r>
        <w:t xml:space="preserve">Author, C. C. (2023). </w:t>
      </w:r>
      <w:r>
        <w:rPr>
          <w:i/>
        </w:rPr>
        <w:t>Title of the book in sentence case</w:t>
      </w:r>
      <w:r>
        <w:t xml:space="preserve"> (2nd ed.). Publisher Name.</w:t>
      </w:r>
    </w:p>
    <w:p>
      <w:pPr>
        <w:pStyle w:val="APAReference"/>
      </w:pPr>
      <w:r>
        <w:t xml:space="preserve">Organization Name. (2025, March 4). </w:t>
      </w:r>
      <w:r>
        <w:rPr>
          <w:i/>
        </w:rPr>
        <w:t>Title of the web page</w:t>
      </w:r>
      <w:r>
        <w:t>. Site Name. https://www.example.com/page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fldChar w:fldCharType="begin"/>
      <w:instrText xml:space="preserve"> PAGE </w:instrText>
      <w:fldChar w:fldCharType="separate"/>
      <w:t>1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480" w:lineRule="auto"/>
    </w:pPr>
    <w:rPr>
      <w:rFonts w:ascii="Times New Roman" w:hAnsi="Times New Roman" w:cs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ind w:firstLine="0"/>
      <w:jc w:val="center"/>
      <w:outlineLvl w:val="0"/>
    </w:pPr>
    <w:rPr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1"/>
    </w:pPr>
    <w:rPr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2"/>
    </w:pPr>
    <w:rPr>
      <w:b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ATitle">
    <w:name w:val="APA Title"/>
    <w:basedOn w:val="Normal"/>
    <w:pPr>
      <w:spacing w:before="0" w:after="0" w:line="480" w:lineRule="auto"/>
      <w:jc w:val="center"/>
    </w:pPr>
    <w:rPr>
      <w:b/>
      <w:i w:val="0"/>
      <w:color w:val="000000"/>
      <w:sz w:val="24"/>
    </w:rPr>
  </w:style>
  <w:style w:type="paragraph" w:customStyle="1" w:styleId="APABody">
    <w:name w:val="APA Body"/>
    <w:basedOn w:val="Normal"/>
    <w:pPr>
      <w:spacing w:before="0" w:after="0" w:line="480" w:lineRule="auto"/>
      <w:ind w:firstLine="720"/>
    </w:pPr>
    <w:rPr>
      <w:b w:val="0"/>
      <w:i w:val="0"/>
      <w:color w:val="000000"/>
      <w:sz w:val="24"/>
    </w:rPr>
  </w:style>
  <w:style w:type="paragraph" w:customStyle="1" w:styleId="APAReference">
    <w:name w:val="APA Reference"/>
    <w:basedOn w:val="Normal"/>
    <w:pPr>
      <w:spacing w:before="0" w:after="0" w:line="480" w:lineRule="auto"/>
      <w:ind w:left="720" w:hanging="720"/>
    </w:pPr>
    <w:rPr>
      <w:b w:val="0"/>
      <w:i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7 Student Paper Template</dc:title>
  <dc:subject>APA 7th edition student paper</dc:subject>
  <dc:creator>Veermat</dc:creator>
  <cp:keywords>APA 7, template, student paper,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