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t>Abstract</w:t>
      </w:r>
    </w:p>
    <w:p>
      <w:pPr/>
      <w:r>
        <w:rPr>
          <w:highlight w:val="yellow"/>
        </w:rPr>
        <w:t>[One paragraph of 150–250 words, not indented: the question, the method, the main result and what it means. Delete this page if your instructor does not ask for an abstract.]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Problem Statement</w:t>
      </w:r>
    </w:p>
    <w:p>
      <w:pPr>
        <w:pStyle w:val="APABody"/>
      </w:pPr>
      <w:r>
        <w:t>The practice or organisational problem the project addresses, with the data that shows it.</w:t>
      </w:r>
    </w:p>
    <w:p>
      <w:pPr>
        <w:pStyle w:val="Heading1"/>
      </w:pPr>
      <w:r>
        <w:t>Literature Review</w:t>
      </w:r>
    </w:p>
    <w:p>
      <w:pPr>
        <w:pStyle w:val="APABody"/>
      </w:pPr>
      <w:r>
        <w:t>The evidence behind the project, organised by theme.</w:t>
      </w:r>
    </w:p>
    <w:p>
      <w:pPr>
        <w:pStyle w:val="Heading1"/>
      </w:pPr>
      <w:r>
        <w:t>Project Design</w:t>
      </w:r>
    </w:p>
    <w:p>
      <w:pPr>
        <w:pStyle w:val="APABody"/>
      </w:pPr>
      <w:r>
        <w:t>What the project did and where.</w:t>
      </w:r>
    </w:p>
    <w:p>
      <w:pPr>
        <w:pStyle w:val="Heading2"/>
      </w:pPr>
      <w:r>
        <w:t>Setting and Participants</w:t>
      </w:r>
    </w:p>
    <w:p>
      <w:pPr>
        <w:pStyle w:val="APABody"/>
      </w:pPr>
      <w:r>
        <w:t>The site, the people involved and how they were selected.</w:t>
      </w:r>
    </w:p>
    <w:p>
      <w:pPr>
        <w:pStyle w:val="Heading2"/>
      </w:pPr>
      <w:r>
        <w:t>Intervention</w:t>
      </w:r>
    </w:p>
    <w:p>
      <w:pPr>
        <w:pStyle w:val="APABody"/>
      </w:pPr>
      <w:r>
        <w:t>What was introduced or changed, step by step.</w:t>
      </w:r>
    </w:p>
    <w:p>
      <w:pPr>
        <w:pStyle w:val="Heading1"/>
      </w:pPr>
      <w:r>
        <w:t>Evaluation Plan</w:t>
      </w:r>
    </w:p>
    <w:p>
      <w:pPr>
        <w:pStyle w:val="APABody"/>
      </w:pPr>
      <w:r>
        <w:t>The outcome measures and how they were collected.</w:t>
      </w:r>
    </w:p>
    <w:p>
      <w:pPr>
        <w:pStyle w:val="Heading1"/>
      </w:pPr>
      <w:r>
        <w:t>Results</w:t>
      </w:r>
    </w:p>
    <w:p>
      <w:pPr>
        <w:pStyle w:val="APABody"/>
      </w:pPr>
      <w:r>
        <w:t>What happened, in the past tense, with tables or figures as needed.</w:t>
      </w:r>
    </w:p>
    <w:p>
      <w:pPr>
        <w:pStyle w:val="Heading1"/>
      </w:pPr>
      <w:r>
        <w:t>Discussion</w:t>
      </w:r>
    </w:p>
    <w:p>
      <w:pPr>
        <w:pStyle w:val="APABody"/>
      </w:pPr>
      <w:r>
        <w:t>What the results mean, the limitations, and the implications for practice.</w:t>
      </w:r>
    </w:p>
    <w:p>
      <w:pPr>
        <w:pStyle w:val="Heading1"/>
      </w:pPr>
      <w:r>
        <w:t>Conclusion</w:t>
      </w:r>
    </w:p>
    <w:p>
      <w:pPr>
        <w:pStyle w:val="APABody"/>
      </w:pPr>
      <w:r>
        <w:t>What the project achieved and what should happen next.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