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jc w:val="center"/>
      </w:pPr>
    </w:p>
    <w:p>
      <w:pPr>
        <w:jc w:val="center"/>
      </w:pPr>
      <w:r>
        <w:rPr>
          <w:highlight w:val="yellow"/>
        </w:rPr>
        <w:t>[Your Name]</w:t>
      </w:r>
    </w:p>
    <w:p>
      <w:pPr>
        <w:jc w:val="center"/>
      </w:pPr>
      <w:r>
        <w:rPr>
          <w:highlight w:val="yellow"/>
        </w:rPr>
        <w:t>[Department Name], [University Name]</w:t>
      </w:r>
    </w:p>
    <w:p>
      <w:pPr>
        <w:jc w:val="center"/>
      </w:pPr>
      <w:r>
        <w:rPr>
          <w:highlight w:val="yellow"/>
        </w:rPr>
        <w:t>[Course Number]: [Course Name]</w:t>
      </w:r>
    </w:p>
    <w:p>
      <w:pPr>
        <w:jc w:val="center"/>
      </w:pPr>
      <w:r>
        <w:rPr>
          <w:highlight w:val="yellow"/>
        </w:rPr>
        <w:t>[Instructor's Name]</w:t>
      </w:r>
    </w:p>
    <w:p>
      <w:pPr>
        <w:jc w:val="center"/>
      </w:pPr>
      <w:r>
        <w:rPr>
          <w:highlight w:val="yellow"/>
        </w:rPr>
        <w:t>[Due Date, e.g., October 7, 2026]</w:t>
      </w:r>
      <w:r>
        <w:br w:type="page"/>
      </w:r>
    </w:p>
    <w:p>
      <w:pPr>
        <w:pStyle w:val="APATitle"/>
      </w:pPr>
      <w:r>
        <w:t>Annotated Bibliography</w:t>
      </w:r>
    </w:p>
    <w:p>
      <w:pPr>
        <w:pStyle w:val="APAReference"/>
      </w:pPr>
      <w:r>
        <w:t>Author, A. A., &amp; Author, B. B. (2024). Title of the journal article in sentence case. Title of the Journal, 12(3), 45–67. https://doi.org/10.0000/example</w:t>
      </w:r>
    </w:p>
    <w:p>
      <w:pPr>
        <w:pStyle w:val="APAAnnotation"/>
      </w:pPr>
      <w:r>
        <w:rPr>
          <w:highlight w:val="yellow"/>
        </w:rPr>
        <w:t>[Three to six sentences: what the study asked, how it was done, what it found, and how it bears on your topic. Delete this annotation and write your own.]</w:t>
      </w:r>
    </w:p>
    <w:p>
      <w:pPr>
        <w:pStyle w:val="APAReference"/>
      </w:pPr>
      <w:r>
        <w:t>Author, C. C. (2023). Title of the book in sentence case (2nd ed.). Publisher Name.</w:t>
      </w:r>
    </w:p>
    <w:p>
      <w:pPr>
        <w:pStyle w:val="APAAnnotation"/>
      </w:pPr>
      <w:r>
        <w:rPr>
          <w:highlight w:val="yellow"/>
        </w:rPr>
        <w:t>[The annotation for the second source. Each annotation starts on the line after its entry, indented half an inch from the left margin, with no first-line indent.]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ATitle">
    <w:name w:val="APA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APABody">
    <w:name w:val="AP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APAReference">
    <w:name w:val="APA Reference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  <w:style w:type="paragraph" w:customStyle="1" w:styleId="APAAnnotation">
    <w:name w:val="APA Annotation"/>
    <w:basedOn w:val="Normal"/>
    <w:pPr>
      <w:spacing w:before="0" w:after="0" w:line="480" w:lineRule="auto"/>
      <w:ind w:left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Annotated Bibliography Template</dc:title>
  <dc:subject/>
  <dc:creator>Veermat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